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7A407A" w14:textId="77777777" w:rsidR="00A913DA" w:rsidRDefault="00A913DA" w:rsidP="00A913DA">
      <w:pPr>
        <w:jc w:val="right"/>
        <w:rPr>
          <w:b/>
        </w:rPr>
      </w:pPr>
      <w:r>
        <w:rPr>
          <w:b/>
          <w:noProof/>
        </w:rPr>
        <w:drawing>
          <wp:inline distT="0" distB="0" distL="0" distR="0" wp14:anchorId="25A45752" wp14:editId="0139F04F">
            <wp:extent cx="1222310" cy="882448"/>
            <wp:effectExtent l="0" t="0" r="0" b="0"/>
            <wp:docPr id="621534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34366" name="Picture 6215343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2223" cy="8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1CA3" w14:textId="1F9F9740" w:rsidR="008422A0" w:rsidRDefault="00901CE0" w:rsidP="006938FF">
      <w:pPr>
        <w:jc w:val="center"/>
      </w:pPr>
      <w:r>
        <w:rPr>
          <w:b/>
        </w:rPr>
        <w:t>ADMINISTRATOR</w:t>
      </w:r>
    </w:p>
    <w:p w14:paraId="336D73BA" w14:textId="77777777" w:rsidR="00A913DA" w:rsidRDefault="00A913DA">
      <w:pPr>
        <w:rPr>
          <w:b/>
        </w:rPr>
      </w:pPr>
    </w:p>
    <w:p w14:paraId="7B80AA83" w14:textId="156DE16B" w:rsidR="008422A0" w:rsidRDefault="00901CE0">
      <w:r>
        <w:rPr>
          <w:b/>
        </w:rPr>
        <w:t>Job Details</w:t>
      </w:r>
    </w:p>
    <w:p w14:paraId="121A62BF" w14:textId="2245774E" w:rsidR="008422A0" w:rsidRDefault="00901CE0">
      <w:r w:rsidRPr="006938FF">
        <w:rPr>
          <w:b/>
          <w:bCs/>
        </w:rPr>
        <w:t>Hours:</w:t>
      </w:r>
      <w:r>
        <w:t xml:space="preserve"> </w:t>
      </w:r>
      <w:r w:rsidR="006938FF">
        <w:tab/>
      </w:r>
      <w:r w:rsidR="006938FF">
        <w:tab/>
      </w:r>
      <w:r>
        <w:t>20 hours per week</w:t>
      </w:r>
    </w:p>
    <w:p w14:paraId="194AF64E" w14:textId="0F2D4010" w:rsidR="008422A0" w:rsidRDefault="00901CE0">
      <w:r w:rsidRPr="006938FF">
        <w:rPr>
          <w:b/>
          <w:bCs/>
        </w:rPr>
        <w:t>Location:</w:t>
      </w:r>
      <w:r>
        <w:t xml:space="preserve"> </w:t>
      </w:r>
      <w:r w:rsidR="006938FF">
        <w:tab/>
      </w:r>
      <w:r w:rsidR="006938FF">
        <w:tab/>
      </w:r>
      <w:r>
        <w:t>Home-based, with travel to the ARC Scotland office in Eskbank</w:t>
      </w:r>
    </w:p>
    <w:p w14:paraId="6BD7DBA9" w14:textId="3EBE0CD1" w:rsidR="008422A0" w:rsidRDefault="00901CE0">
      <w:r w:rsidRPr="006938FF">
        <w:rPr>
          <w:b/>
          <w:bCs/>
        </w:rPr>
        <w:t>Salary:</w:t>
      </w:r>
      <w:r>
        <w:t xml:space="preserve"> </w:t>
      </w:r>
      <w:r w:rsidR="006938FF">
        <w:tab/>
      </w:r>
      <w:r w:rsidR="006938FF">
        <w:tab/>
      </w:r>
      <w:r>
        <w:t>£26,941 - £30,456 per annum (pro rata)</w:t>
      </w:r>
    </w:p>
    <w:p w14:paraId="5312CD9E" w14:textId="0CBCD21F" w:rsidR="008422A0" w:rsidRDefault="00901CE0">
      <w:r w:rsidRPr="006938FF">
        <w:rPr>
          <w:b/>
          <w:bCs/>
        </w:rPr>
        <w:t>Contract:</w:t>
      </w:r>
      <w:r>
        <w:t xml:space="preserve"> </w:t>
      </w:r>
      <w:r w:rsidR="006938FF">
        <w:tab/>
      </w:r>
      <w:r w:rsidR="006938FF">
        <w:tab/>
      </w:r>
      <w:r>
        <w:t>Permanent</w:t>
      </w:r>
    </w:p>
    <w:p w14:paraId="1366FD8B" w14:textId="42D5B492" w:rsidR="008422A0" w:rsidRDefault="00901CE0">
      <w:r w:rsidRPr="006938FF">
        <w:rPr>
          <w:b/>
          <w:bCs/>
        </w:rPr>
        <w:t>Responsible To:</w:t>
      </w:r>
      <w:r>
        <w:t xml:space="preserve"> </w:t>
      </w:r>
      <w:r w:rsidR="006938FF">
        <w:tab/>
      </w:r>
      <w:r>
        <w:t>Head of Accredited Training</w:t>
      </w:r>
    </w:p>
    <w:p w14:paraId="012582F5" w14:textId="77777777" w:rsidR="00A913DA" w:rsidRDefault="00A913DA">
      <w:pPr>
        <w:rPr>
          <w:b/>
        </w:rPr>
      </w:pPr>
    </w:p>
    <w:p w14:paraId="797CE1B4" w14:textId="08FD86B5" w:rsidR="008422A0" w:rsidRDefault="00901CE0">
      <w:r>
        <w:rPr>
          <w:b/>
        </w:rPr>
        <w:t>About ARC Scotland</w:t>
      </w:r>
    </w:p>
    <w:p w14:paraId="46EB9D91" w14:textId="43C3D604" w:rsidR="008422A0" w:rsidRDefault="00901CE0">
      <w:r>
        <w:t xml:space="preserve">ARC Scotland </w:t>
      </w:r>
      <w:r w:rsidR="007549B0">
        <w:t xml:space="preserve">achieves change for an inclusive Scotland. </w:t>
      </w:r>
    </w:p>
    <w:p w14:paraId="5E41DA9B" w14:textId="77777777" w:rsidR="008422A0" w:rsidRDefault="00901CE0">
      <w:r>
        <w:t>We bring people together to learn, share ideas and make positive change happen. People with lived experience are at the heart of everything we do.</w:t>
      </w:r>
    </w:p>
    <w:p w14:paraId="19AEDBC1" w14:textId="77777777" w:rsidR="008422A0" w:rsidRDefault="00901CE0">
      <w:r>
        <w:rPr>
          <w:b/>
        </w:rPr>
        <w:t>Purpose of the Role</w:t>
      </w:r>
    </w:p>
    <w:p w14:paraId="64312C57" w14:textId="77777777" w:rsidR="008422A0" w:rsidRDefault="00901CE0">
      <w:r>
        <w:t>The Administrator supports learners, employers and colleagues to engage successfully with ARC Scotland's qualifications and accredited training programmes.</w:t>
      </w:r>
    </w:p>
    <w:p w14:paraId="194033B7" w14:textId="77777777" w:rsidR="008422A0" w:rsidRDefault="00901CE0">
      <w:r>
        <w:t>The role provides high-quality administrative and customer support, helping ensure learners receive a positive and well-organised experience from enquiry through to completion.</w:t>
      </w:r>
    </w:p>
    <w:p w14:paraId="35C0DBE8" w14:textId="77777777" w:rsidR="008422A0" w:rsidRDefault="00901CE0">
      <w:r>
        <w:t xml:space="preserve">Working closely with colleagues across Accredited Training, the postholder helps create positive learning experiences and contributes to the effective delivery of qualifications and accredited training </w:t>
      </w:r>
      <w:proofErr w:type="spellStart"/>
      <w:r>
        <w:t>programmes</w:t>
      </w:r>
      <w:proofErr w:type="spellEnd"/>
      <w:r>
        <w:t>.</w:t>
      </w:r>
    </w:p>
    <w:p w14:paraId="0F4BDDAC" w14:textId="77777777" w:rsidR="00A913DA" w:rsidRDefault="00A913DA"/>
    <w:p w14:paraId="067FC05D" w14:textId="77777777" w:rsidR="008422A0" w:rsidRDefault="00901CE0">
      <w:r>
        <w:rPr>
          <w:b/>
        </w:rPr>
        <w:lastRenderedPageBreak/>
        <w:t>Working Relationships</w:t>
      </w:r>
    </w:p>
    <w:p w14:paraId="1A36A18D" w14:textId="3D5287FD" w:rsidR="006938FF" w:rsidRDefault="00901CE0" w:rsidP="006534BC">
      <w:pPr>
        <w:pStyle w:val="ListParagraph"/>
        <w:numPr>
          <w:ilvl w:val="0"/>
          <w:numId w:val="26"/>
        </w:numPr>
      </w:pPr>
      <w:r>
        <w:t>Reports to the Head of Accredited Training.</w:t>
      </w:r>
    </w:p>
    <w:p w14:paraId="10E48B75" w14:textId="541455A0" w:rsidR="008422A0" w:rsidRDefault="00901CE0" w:rsidP="006534BC">
      <w:pPr>
        <w:pStyle w:val="ListParagraph"/>
        <w:numPr>
          <w:ilvl w:val="0"/>
          <w:numId w:val="26"/>
        </w:numPr>
      </w:pPr>
      <w:r>
        <w:t>Works closely with the Senior Administrator and Accredited Training Coordinator.</w:t>
      </w:r>
    </w:p>
    <w:p w14:paraId="2AC6C638" w14:textId="61E3EAA8" w:rsidR="008422A0" w:rsidRDefault="00901CE0" w:rsidP="006534BC">
      <w:pPr>
        <w:pStyle w:val="ListParagraph"/>
        <w:numPr>
          <w:ilvl w:val="0"/>
          <w:numId w:val="26"/>
        </w:numPr>
      </w:pPr>
      <w:r>
        <w:t>Builds positive relationships with learners, employers, freelance Assessors and Verifiers, and colleagues across ARC Scotland.</w:t>
      </w:r>
    </w:p>
    <w:p w14:paraId="26AF2D75" w14:textId="56DB738A" w:rsidR="008422A0" w:rsidRDefault="00901CE0" w:rsidP="006534BC">
      <w:pPr>
        <w:pStyle w:val="ListParagraph"/>
        <w:numPr>
          <w:ilvl w:val="0"/>
          <w:numId w:val="26"/>
        </w:numPr>
      </w:pPr>
      <w:r>
        <w:t>The Head of Accredited Training has line management responsibility for this role.</w:t>
      </w:r>
    </w:p>
    <w:p w14:paraId="3DBAF8EB" w14:textId="77777777" w:rsidR="008422A0" w:rsidRDefault="00901CE0">
      <w:r>
        <w:rPr>
          <w:b/>
        </w:rPr>
        <w:t>How You Will Contribute</w:t>
      </w:r>
    </w:p>
    <w:p w14:paraId="48EC23F7" w14:textId="77777777" w:rsidR="008422A0" w:rsidRDefault="00901CE0">
      <w:r>
        <w:rPr>
          <w:b/>
        </w:rPr>
        <w:t>Supporting Learners and Employers</w:t>
      </w:r>
    </w:p>
    <w:p w14:paraId="262C9758" w14:textId="297B71D1" w:rsidR="008422A0" w:rsidRDefault="00901CE0" w:rsidP="006534BC">
      <w:pPr>
        <w:pStyle w:val="ListParagraph"/>
        <w:numPr>
          <w:ilvl w:val="0"/>
          <w:numId w:val="21"/>
        </w:numPr>
      </w:pPr>
      <w:r>
        <w:t>Provide a welcoming first point of contact for enquiries about qualifications and accredited training.</w:t>
      </w:r>
    </w:p>
    <w:p w14:paraId="17B6D1EE" w14:textId="2EF53586" w:rsidR="008422A0" w:rsidRDefault="00901CE0" w:rsidP="006534BC">
      <w:pPr>
        <w:pStyle w:val="ListParagraph"/>
        <w:numPr>
          <w:ilvl w:val="0"/>
          <w:numId w:val="21"/>
        </w:numPr>
      </w:pPr>
      <w:r>
        <w:t>Support learner enrolment, registration, completion and certification processes.</w:t>
      </w:r>
    </w:p>
    <w:p w14:paraId="5BA04B76" w14:textId="7EFE88AC" w:rsidR="008422A0" w:rsidRDefault="00901CE0" w:rsidP="006534BC">
      <w:pPr>
        <w:pStyle w:val="ListParagraph"/>
        <w:numPr>
          <w:ilvl w:val="0"/>
          <w:numId w:val="21"/>
        </w:numPr>
      </w:pPr>
      <w:r>
        <w:t>Help ensure learners receive timely information, resources and support throughout their qualification journey.</w:t>
      </w:r>
    </w:p>
    <w:p w14:paraId="2F7BC9F5" w14:textId="02E69FDA" w:rsidR="008422A0" w:rsidRDefault="00901CE0" w:rsidP="006534BC">
      <w:pPr>
        <w:pStyle w:val="ListParagraph"/>
        <w:numPr>
          <w:ilvl w:val="0"/>
          <w:numId w:val="21"/>
        </w:numPr>
      </w:pPr>
      <w:r>
        <w:t>Build positive relationships with learners, employers, Assessors, Verifiers and colleagues.</w:t>
      </w:r>
    </w:p>
    <w:p w14:paraId="75C063B4" w14:textId="77777777" w:rsidR="008422A0" w:rsidRDefault="00901CE0">
      <w:r>
        <w:rPr>
          <w:b/>
        </w:rPr>
        <w:t>Supporting Service Delivery</w:t>
      </w:r>
    </w:p>
    <w:p w14:paraId="70BDF037" w14:textId="11A141AE" w:rsidR="008422A0" w:rsidRDefault="00901CE0" w:rsidP="006534BC">
      <w:pPr>
        <w:pStyle w:val="ListParagraph"/>
        <w:numPr>
          <w:ilvl w:val="0"/>
          <w:numId w:val="22"/>
        </w:numPr>
      </w:pPr>
      <w:r>
        <w:t>Ensure learner records and information systems are accurate, accessible and up to date.</w:t>
      </w:r>
    </w:p>
    <w:p w14:paraId="41B5698A" w14:textId="1EFD744F" w:rsidR="008422A0" w:rsidRDefault="00901CE0" w:rsidP="006534BC">
      <w:pPr>
        <w:pStyle w:val="ListParagraph"/>
        <w:numPr>
          <w:ilvl w:val="0"/>
          <w:numId w:val="22"/>
        </w:numPr>
      </w:pPr>
      <w:r>
        <w:t>Support qualification delivery in line with awarding body requirements.</w:t>
      </w:r>
    </w:p>
    <w:p w14:paraId="679E9AD6" w14:textId="17D5BDBF" w:rsidR="008422A0" w:rsidRDefault="00901CE0" w:rsidP="006534BC">
      <w:pPr>
        <w:pStyle w:val="ListParagraph"/>
        <w:numPr>
          <w:ilvl w:val="0"/>
          <w:numId w:val="22"/>
        </w:numPr>
      </w:pPr>
      <w:r>
        <w:t>Assist with quality assurance activities, meetings and events.</w:t>
      </w:r>
    </w:p>
    <w:p w14:paraId="4AA6FD6D" w14:textId="225DD775" w:rsidR="008422A0" w:rsidRDefault="00901CE0" w:rsidP="006534BC">
      <w:pPr>
        <w:pStyle w:val="ListParagraph"/>
        <w:numPr>
          <w:ilvl w:val="0"/>
          <w:numId w:val="22"/>
        </w:numPr>
      </w:pPr>
      <w:r>
        <w:t>Produce reports, correspondence and information that support effective service delivery.</w:t>
      </w:r>
    </w:p>
    <w:p w14:paraId="72805364" w14:textId="77777777" w:rsidR="008422A0" w:rsidRDefault="00901CE0">
      <w:r>
        <w:rPr>
          <w:b/>
        </w:rPr>
        <w:t>Supporting Financial Processes</w:t>
      </w:r>
    </w:p>
    <w:p w14:paraId="400C1DB0" w14:textId="5A863D96" w:rsidR="008422A0" w:rsidRDefault="00901CE0" w:rsidP="006534BC">
      <w:pPr>
        <w:pStyle w:val="ListParagraph"/>
        <w:numPr>
          <w:ilvl w:val="0"/>
          <w:numId w:val="23"/>
        </w:numPr>
      </w:pPr>
      <w:r>
        <w:t>Prepare invoices and supporting documentation.</w:t>
      </w:r>
    </w:p>
    <w:p w14:paraId="2BDBCB2C" w14:textId="69A1B759" w:rsidR="008422A0" w:rsidRDefault="00901CE0" w:rsidP="006534BC">
      <w:pPr>
        <w:pStyle w:val="ListParagraph"/>
        <w:numPr>
          <w:ilvl w:val="0"/>
          <w:numId w:val="23"/>
        </w:numPr>
      </w:pPr>
      <w:r>
        <w:t>Support accurate financial administration, including learner payments, funding arrangements and invoicing processes.</w:t>
      </w:r>
    </w:p>
    <w:p w14:paraId="2A0E0F7B" w14:textId="5E34CC9A" w:rsidR="008422A0" w:rsidRDefault="006534BC" w:rsidP="006534BC">
      <w:pPr>
        <w:pStyle w:val="ListParagraph"/>
        <w:numPr>
          <w:ilvl w:val="0"/>
          <w:numId w:val="23"/>
        </w:numPr>
      </w:pPr>
      <w:r>
        <w:t>I</w:t>
      </w:r>
      <w:r w:rsidR="00901CE0">
        <w:t>dentify and escalate issues that may affect learner progression or service delivery.</w:t>
      </w:r>
    </w:p>
    <w:p w14:paraId="31F5100F" w14:textId="77777777" w:rsidR="00A913DA" w:rsidRDefault="00A913DA">
      <w:pPr>
        <w:rPr>
          <w:b/>
        </w:rPr>
      </w:pPr>
    </w:p>
    <w:p w14:paraId="3080E088" w14:textId="2FA3976D" w:rsidR="006534BC" w:rsidRDefault="00901CE0">
      <w:r>
        <w:rPr>
          <w:b/>
        </w:rPr>
        <w:lastRenderedPageBreak/>
        <w:t>Improving Services</w:t>
      </w:r>
    </w:p>
    <w:p w14:paraId="24DA9D7E" w14:textId="5A7408C2" w:rsidR="008422A0" w:rsidRDefault="00901CE0" w:rsidP="006534BC">
      <w:pPr>
        <w:pStyle w:val="ListParagraph"/>
        <w:numPr>
          <w:ilvl w:val="0"/>
          <w:numId w:val="24"/>
        </w:numPr>
      </w:pPr>
      <w:r>
        <w:t>Contribute ideas and feedback that improve services and learner experiences.</w:t>
      </w:r>
    </w:p>
    <w:p w14:paraId="71D8B0C1" w14:textId="3BFF79A6" w:rsidR="008422A0" w:rsidRDefault="00901CE0" w:rsidP="006534BC">
      <w:pPr>
        <w:pStyle w:val="ListParagraph"/>
        <w:numPr>
          <w:ilvl w:val="0"/>
          <w:numId w:val="24"/>
        </w:numPr>
      </w:pPr>
      <w:r>
        <w:t>Support the introduction of new systems, technologies and ways of working.</w:t>
      </w:r>
    </w:p>
    <w:p w14:paraId="2101CEFB" w14:textId="11F75CFA" w:rsidR="008422A0" w:rsidRDefault="00901CE0" w:rsidP="006534BC">
      <w:pPr>
        <w:pStyle w:val="ListParagraph"/>
        <w:numPr>
          <w:ilvl w:val="0"/>
          <w:numId w:val="24"/>
        </w:numPr>
      </w:pPr>
      <w:r>
        <w:t>Participate actively in team meetings and organisational development activities.</w:t>
      </w:r>
    </w:p>
    <w:p w14:paraId="5D6E3831" w14:textId="4D34ED55" w:rsidR="008422A0" w:rsidRDefault="00901CE0" w:rsidP="006534BC">
      <w:pPr>
        <w:pStyle w:val="ListParagraph"/>
        <w:numPr>
          <w:ilvl w:val="0"/>
          <w:numId w:val="24"/>
        </w:numPr>
      </w:pPr>
      <w:r>
        <w:t>Demonstrate ARC Scotland's values in everyday practice.</w:t>
      </w:r>
    </w:p>
    <w:p w14:paraId="754F76FA" w14:textId="1E84C044" w:rsidR="008422A0" w:rsidRDefault="00901CE0">
      <w:r>
        <w:rPr>
          <w:b/>
        </w:rPr>
        <w:t>Essential Criteria</w:t>
      </w:r>
    </w:p>
    <w:p w14:paraId="1FFED1F5" w14:textId="13A018F5" w:rsidR="009C446A" w:rsidRDefault="663E9FDE" w:rsidP="006534BC">
      <w:pPr>
        <w:pStyle w:val="ListParagraph"/>
        <w:numPr>
          <w:ilvl w:val="0"/>
          <w:numId w:val="25"/>
        </w:numPr>
      </w:pPr>
      <w:r>
        <w:t>A</w:t>
      </w:r>
      <w:r w:rsidR="5C8581DF">
        <w:t xml:space="preserve">n understanding of and </w:t>
      </w:r>
      <w:r w:rsidR="0071BD00">
        <w:t>commitment</w:t>
      </w:r>
      <w:r w:rsidR="5C8581DF">
        <w:t xml:space="preserve"> to</w:t>
      </w:r>
      <w:r>
        <w:t xml:space="preserve"> ARC Scotland's values</w:t>
      </w:r>
      <w:r w:rsidR="0F1EF4A0">
        <w:t>.</w:t>
      </w:r>
    </w:p>
    <w:p w14:paraId="300E6017" w14:textId="41E4236C" w:rsidR="009C446A" w:rsidRDefault="663E9FDE" w:rsidP="006534BC">
      <w:pPr>
        <w:pStyle w:val="ListParagraph"/>
        <w:numPr>
          <w:ilvl w:val="0"/>
          <w:numId w:val="25"/>
        </w:numPr>
      </w:pPr>
      <w:r>
        <w:t>Experience working in</w:t>
      </w:r>
      <w:r w:rsidR="1A472ACC">
        <w:t xml:space="preserve"> an</w:t>
      </w:r>
      <w:r>
        <w:t xml:space="preserve"> administrative</w:t>
      </w:r>
      <w:r w:rsidR="02B20DEB">
        <w:t xml:space="preserve"> role in a busy office. </w:t>
      </w:r>
    </w:p>
    <w:p w14:paraId="117D06E3" w14:textId="7A4D3D09" w:rsidR="009C446A" w:rsidRDefault="036E4CBF" w:rsidP="006534BC">
      <w:pPr>
        <w:pStyle w:val="ListParagraph"/>
        <w:numPr>
          <w:ilvl w:val="0"/>
          <w:numId w:val="25"/>
        </w:numPr>
      </w:pPr>
      <w:r>
        <w:t>Evidence of t</w:t>
      </w:r>
      <w:r w:rsidR="5AF98CB4">
        <w:t>he ability to manage competing priorities</w:t>
      </w:r>
      <w:r w:rsidR="00CD77BD">
        <w:t xml:space="preserve"> independently</w:t>
      </w:r>
      <w:r w:rsidR="33D01B33">
        <w:t xml:space="preserve"> </w:t>
      </w:r>
    </w:p>
    <w:p w14:paraId="0DC2C2E5" w14:textId="5D25E2DC" w:rsidR="008422A0" w:rsidRDefault="4B56C621" w:rsidP="006534BC">
      <w:pPr>
        <w:pStyle w:val="ListParagraph"/>
        <w:numPr>
          <w:ilvl w:val="0"/>
          <w:numId w:val="25"/>
        </w:numPr>
      </w:pPr>
      <w:r>
        <w:t>Experience</w:t>
      </w:r>
      <w:r w:rsidR="15B1EF61">
        <w:t xml:space="preserve"> delivering high-quality work to exacting standards</w:t>
      </w:r>
      <w:r w:rsidR="0DD8B621">
        <w:t>.</w:t>
      </w:r>
    </w:p>
    <w:p w14:paraId="4D9AB967" w14:textId="77777777" w:rsidR="008422A0" w:rsidRDefault="00901CE0">
      <w:r>
        <w:rPr>
          <w:b/>
        </w:rPr>
        <w:t>Desirable Criteria</w:t>
      </w:r>
    </w:p>
    <w:p w14:paraId="43C77471" w14:textId="6B3534B2" w:rsidR="008422A0" w:rsidRDefault="1602F1EE" w:rsidP="009C446A">
      <w:pPr>
        <w:pStyle w:val="ListParagraph"/>
        <w:numPr>
          <w:ilvl w:val="0"/>
          <w:numId w:val="18"/>
        </w:numPr>
      </w:pPr>
      <w:r>
        <w:t>Experience within a training, education, qualifications or learning environment.</w:t>
      </w:r>
    </w:p>
    <w:p w14:paraId="55CAEC97" w14:textId="16B72A0F" w:rsidR="008422A0" w:rsidRDefault="1602F1EE" w:rsidP="009C446A">
      <w:pPr>
        <w:pStyle w:val="ListParagraph"/>
        <w:numPr>
          <w:ilvl w:val="0"/>
          <w:numId w:val="18"/>
        </w:numPr>
      </w:pPr>
      <w:r>
        <w:t>Experience of financial administration, invoicing or funding processes.</w:t>
      </w:r>
    </w:p>
    <w:p w14:paraId="187137FC" w14:textId="0C02CE6D" w:rsidR="1602F1EE" w:rsidRDefault="1602F1EE" w:rsidP="009C446A">
      <w:pPr>
        <w:pStyle w:val="ListParagraph"/>
        <w:numPr>
          <w:ilvl w:val="0"/>
          <w:numId w:val="18"/>
        </w:numPr>
      </w:pPr>
      <w:r>
        <w:t>Experience of Microsoft 365, SharePoint or other digital systems</w:t>
      </w:r>
      <w:r w:rsidR="49101991">
        <w:t>.</w:t>
      </w:r>
    </w:p>
    <w:p w14:paraId="3BA27C56" w14:textId="3E54B138" w:rsidR="49101991" w:rsidRDefault="49101991" w:rsidP="009C446A">
      <w:pPr>
        <w:pStyle w:val="ListParagraph"/>
        <w:numPr>
          <w:ilvl w:val="0"/>
          <w:numId w:val="18"/>
        </w:numPr>
      </w:pPr>
      <w:r>
        <w:t>Experience</w:t>
      </w:r>
      <w:r w:rsidR="7D47B1B4">
        <w:t xml:space="preserve"> of working from home</w:t>
      </w:r>
    </w:p>
    <w:p w14:paraId="7C0F3853" w14:textId="0CB72134" w:rsidR="008422A0" w:rsidRDefault="1602F1EE" w:rsidP="009C446A">
      <w:pPr>
        <w:pStyle w:val="ListParagraph"/>
        <w:numPr>
          <w:ilvl w:val="0"/>
          <w:numId w:val="18"/>
        </w:numPr>
      </w:pPr>
      <w:r>
        <w:t>Understanding of Scottish Vocational Qualifications (SVQs), accredited learning or workforce development.</w:t>
      </w:r>
    </w:p>
    <w:p w14:paraId="7440A371" w14:textId="66B01CA3" w:rsidR="398E0C94" w:rsidRDefault="1830BED0" w:rsidP="42E8C8CF">
      <w:r>
        <w:t xml:space="preserve">To apply, please send a statement </w:t>
      </w:r>
      <w:r w:rsidR="2548BFB4">
        <w:t xml:space="preserve">of no more than two sides of A4 page setting out how you meet the </w:t>
      </w:r>
      <w:r>
        <w:t>essential criteria</w:t>
      </w:r>
      <w:r w:rsidR="398E0C94">
        <w:t xml:space="preserve"> along wit</w:t>
      </w:r>
      <w:r w:rsidR="40F0D0B9">
        <w:t>h</w:t>
      </w:r>
      <w:r w:rsidR="398E0C94">
        <w:t xml:space="preserve"> your CV to:</w:t>
      </w:r>
      <w:r w:rsidR="006534BC">
        <w:t xml:space="preserve"> </w:t>
      </w:r>
      <w:hyperlink r:id="rId7" w:history="1">
        <w:r w:rsidR="006534BC" w:rsidRPr="00A979A5">
          <w:rPr>
            <w:rStyle w:val="Hyperlink"/>
          </w:rPr>
          <w:t>andries.fourie@arcuk.org.uk</w:t>
        </w:r>
      </w:hyperlink>
    </w:p>
    <w:p w14:paraId="4A60A99C" w14:textId="77777777" w:rsidR="006534BC" w:rsidRDefault="006534BC" w:rsidP="42E8C8CF"/>
    <w:p w14:paraId="0AE34495" w14:textId="0B71A3EB" w:rsidR="42E8C8CF" w:rsidRDefault="42E8C8CF" w:rsidP="42E8C8CF"/>
    <w:p w14:paraId="5AF1BEC8" w14:textId="57060DB8" w:rsidR="42E8C8CF" w:rsidRDefault="42E8C8CF"/>
    <w:sectPr w:rsidR="42E8C8C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B5C769"/>
    <w:multiLevelType w:val="hybridMultilevel"/>
    <w:tmpl w:val="1FD21B8E"/>
    <w:lvl w:ilvl="0" w:tplc="660C5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66EE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1E16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E0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F85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1A9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18A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282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08A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724F88"/>
    <w:multiLevelType w:val="hybridMultilevel"/>
    <w:tmpl w:val="B1988A62"/>
    <w:lvl w:ilvl="0" w:tplc="8CC259FC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C0D33"/>
    <w:multiLevelType w:val="hybridMultilevel"/>
    <w:tmpl w:val="196220BE"/>
    <w:lvl w:ilvl="0" w:tplc="8CC259FC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D98EB"/>
    <w:multiLevelType w:val="hybridMultilevel"/>
    <w:tmpl w:val="FD2ABF3A"/>
    <w:lvl w:ilvl="0" w:tplc="C5340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007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5E7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47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2A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92A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68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AB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927F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1A8BD"/>
    <w:multiLevelType w:val="hybridMultilevel"/>
    <w:tmpl w:val="9852FE4C"/>
    <w:lvl w:ilvl="0" w:tplc="6770D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85C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F6A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582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47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AC1D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60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7057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5435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E7F72"/>
    <w:multiLevelType w:val="hybridMultilevel"/>
    <w:tmpl w:val="84EE0988"/>
    <w:lvl w:ilvl="0" w:tplc="8CC259FC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70873"/>
    <w:multiLevelType w:val="hybridMultilevel"/>
    <w:tmpl w:val="9F1EAD94"/>
    <w:lvl w:ilvl="0" w:tplc="8CC259FC">
      <w:numFmt w:val="bullet"/>
      <w:lvlText w:val="•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FE9A68"/>
    <w:multiLevelType w:val="hybridMultilevel"/>
    <w:tmpl w:val="E70EB0C8"/>
    <w:lvl w:ilvl="0" w:tplc="68B0A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AAD2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12C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E49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4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7E0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E5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185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E2E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02859"/>
    <w:multiLevelType w:val="hybridMultilevel"/>
    <w:tmpl w:val="B296CAA4"/>
    <w:lvl w:ilvl="0" w:tplc="8CC259FC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03DDC"/>
    <w:multiLevelType w:val="hybridMultilevel"/>
    <w:tmpl w:val="C246A1F0"/>
    <w:lvl w:ilvl="0" w:tplc="8CC259FC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A7BBF"/>
    <w:multiLevelType w:val="hybridMultilevel"/>
    <w:tmpl w:val="4A3096AC"/>
    <w:lvl w:ilvl="0" w:tplc="8CC259FC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12072"/>
    <w:multiLevelType w:val="hybridMultilevel"/>
    <w:tmpl w:val="D1C04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0FD"/>
    <w:multiLevelType w:val="hybridMultilevel"/>
    <w:tmpl w:val="0E008CD2"/>
    <w:lvl w:ilvl="0" w:tplc="8CC259FC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53A28"/>
    <w:multiLevelType w:val="hybridMultilevel"/>
    <w:tmpl w:val="C53E8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E131B9"/>
    <w:multiLevelType w:val="hybridMultilevel"/>
    <w:tmpl w:val="9EA82E4C"/>
    <w:lvl w:ilvl="0" w:tplc="8CC259FC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C0178"/>
    <w:multiLevelType w:val="hybridMultilevel"/>
    <w:tmpl w:val="ECC4D6C6"/>
    <w:lvl w:ilvl="0" w:tplc="8CC259FC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467A23"/>
    <w:multiLevelType w:val="hybridMultilevel"/>
    <w:tmpl w:val="BD68F8BE"/>
    <w:lvl w:ilvl="0" w:tplc="8CC259FC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108685">
    <w:abstractNumId w:val="12"/>
  </w:num>
  <w:num w:numId="2" w16cid:durableId="340859918">
    <w:abstractNumId w:val="13"/>
  </w:num>
  <w:num w:numId="3" w16cid:durableId="1124545054">
    <w:abstractNumId w:val="9"/>
  </w:num>
  <w:num w:numId="4" w16cid:durableId="1837068583">
    <w:abstractNumId w:val="16"/>
  </w:num>
  <w:num w:numId="5" w16cid:durableId="1007754800">
    <w:abstractNumId w:val="8"/>
  </w:num>
  <w:num w:numId="6" w16cid:durableId="164327141">
    <w:abstractNumId w:val="6"/>
  </w:num>
  <w:num w:numId="7" w16cid:durableId="1327320754">
    <w:abstractNumId w:val="5"/>
  </w:num>
  <w:num w:numId="8" w16cid:durableId="395976781">
    <w:abstractNumId w:val="4"/>
  </w:num>
  <w:num w:numId="9" w16cid:durableId="2012830290">
    <w:abstractNumId w:val="7"/>
  </w:num>
  <w:num w:numId="10" w16cid:durableId="1307470667">
    <w:abstractNumId w:val="3"/>
  </w:num>
  <w:num w:numId="11" w16cid:durableId="1161390593">
    <w:abstractNumId w:val="2"/>
  </w:num>
  <w:num w:numId="12" w16cid:durableId="665281699">
    <w:abstractNumId w:val="1"/>
  </w:num>
  <w:num w:numId="13" w16cid:durableId="573587533">
    <w:abstractNumId w:val="0"/>
  </w:num>
  <w:num w:numId="14" w16cid:durableId="1119714661">
    <w:abstractNumId w:val="22"/>
  </w:num>
  <w:num w:numId="15" w16cid:durableId="1679116935">
    <w:abstractNumId w:val="20"/>
  </w:num>
  <w:num w:numId="16" w16cid:durableId="371000731">
    <w:abstractNumId w:val="17"/>
  </w:num>
  <w:num w:numId="17" w16cid:durableId="597835864">
    <w:abstractNumId w:val="15"/>
  </w:num>
  <w:num w:numId="18" w16cid:durableId="973606551">
    <w:abstractNumId w:val="21"/>
  </w:num>
  <w:num w:numId="19" w16cid:durableId="470101107">
    <w:abstractNumId w:val="23"/>
  </w:num>
  <w:num w:numId="20" w16cid:durableId="1848906637">
    <w:abstractNumId w:val="14"/>
  </w:num>
  <w:num w:numId="21" w16cid:durableId="1513109484">
    <w:abstractNumId w:val="10"/>
  </w:num>
  <w:num w:numId="22" w16cid:durableId="717819541">
    <w:abstractNumId w:val="11"/>
  </w:num>
  <w:num w:numId="23" w16cid:durableId="1682002131">
    <w:abstractNumId w:val="24"/>
  </w:num>
  <w:num w:numId="24" w16cid:durableId="1025985816">
    <w:abstractNumId w:val="19"/>
  </w:num>
  <w:num w:numId="25" w16cid:durableId="1057585629">
    <w:abstractNumId w:val="25"/>
  </w:num>
  <w:num w:numId="26" w16cid:durableId="463885746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534BC"/>
    <w:rsid w:val="006938FF"/>
    <w:rsid w:val="00705559"/>
    <w:rsid w:val="0071BD00"/>
    <w:rsid w:val="007549B0"/>
    <w:rsid w:val="008422A0"/>
    <w:rsid w:val="00882DA0"/>
    <w:rsid w:val="00901CE0"/>
    <w:rsid w:val="009C446A"/>
    <w:rsid w:val="00A913DA"/>
    <w:rsid w:val="00AA1D8D"/>
    <w:rsid w:val="00B47730"/>
    <w:rsid w:val="00CB0664"/>
    <w:rsid w:val="00CC1E21"/>
    <w:rsid w:val="00CD77BD"/>
    <w:rsid w:val="00FC693F"/>
    <w:rsid w:val="01FB0B8C"/>
    <w:rsid w:val="02B20DEB"/>
    <w:rsid w:val="036E4CBF"/>
    <w:rsid w:val="03F029DD"/>
    <w:rsid w:val="0CD0E8AB"/>
    <w:rsid w:val="0DD8B621"/>
    <w:rsid w:val="0F1EF4A0"/>
    <w:rsid w:val="10E3270D"/>
    <w:rsid w:val="15B1EF61"/>
    <w:rsid w:val="1602F1EE"/>
    <w:rsid w:val="1830BED0"/>
    <w:rsid w:val="1A472ACC"/>
    <w:rsid w:val="1BE5D0CB"/>
    <w:rsid w:val="215A0F6D"/>
    <w:rsid w:val="2548BFB4"/>
    <w:rsid w:val="2A325BEE"/>
    <w:rsid w:val="2B4B62EE"/>
    <w:rsid w:val="2CDFC02E"/>
    <w:rsid w:val="33D01B33"/>
    <w:rsid w:val="398E0C94"/>
    <w:rsid w:val="3F61FF46"/>
    <w:rsid w:val="40F0D0B9"/>
    <w:rsid w:val="42084016"/>
    <w:rsid w:val="4226648F"/>
    <w:rsid w:val="42E8C8CF"/>
    <w:rsid w:val="4708C50B"/>
    <w:rsid w:val="47B7FD95"/>
    <w:rsid w:val="49101991"/>
    <w:rsid w:val="4A6CE313"/>
    <w:rsid w:val="4B56C621"/>
    <w:rsid w:val="52049D75"/>
    <w:rsid w:val="53BA6247"/>
    <w:rsid w:val="57383007"/>
    <w:rsid w:val="5AF98CB4"/>
    <w:rsid w:val="5C8581DF"/>
    <w:rsid w:val="5D82E11D"/>
    <w:rsid w:val="5F8B0900"/>
    <w:rsid w:val="663E9FDE"/>
    <w:rsid w:val="6A266D10"/>
    <w:rsid w:val="6A830F95"/>
    <w:rsid w:val="727595DA"/>
    <w:rsid w:val="73C6927C"/>
    <w:rsid w:val="776367ED"/>
    <w:rsid w:val="7BC2DF35"/>
    <w:rsid w:val="7D47B1B4"/>
    <w:rsid w:val="7FFD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A6D8D4"/>
  <w14:defaultImageDpi w14:val="300"/>
  <w15:docId w15:val="{3D04098A-E857-D942-B609-79A46560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534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3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dries.fourie@arcuk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544</Words>
  <Characters>3101</Characters>
  <Application>Microsoft Office Word</Application>
  <DocSecurity>0</DocSecurity>
  <Lines>25</Lines>
  <Paragraphs>7</Paragraphs>
  <ScaleCrop>false</ScaleCrop>
  <Manager/>
  <Company/>
  <LinksUpToDate>false</LinksUpToDate>
  <CharactersWithSpaces>3638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Andries Fourie</dc:creator>
  <cp:keywords/>
  <dc:description>generated by python-docx</dc:description>
  <cp:lastModifiedBy>Andries Fourie</cp:lastModifiedBy>
  <cp:revision>8</cp:revision>
  <dcterms:created xsi:type="dcterms:W3CDTF">2026-09-03T09:52:00Z</dcterms:created>
  <dcterms:modified xsi:type="dcterms:W3CDTF">2026-09-09T09:05:00Z</dcterms:modified>
  <cp:category/>
</cp:coreProperties>
</file>